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05869" w14:textId="77777777" w:rsidR="00D47462" w:rsidRDefault="003D293F">
      <w:pPr>
        <w:jc w:val="center"/>
      </w:pPr>
      <w:r>
        <w:rPr>
          <w:noProof/>
        </w:rPr>
        <w:drawing>
          <wp:inline distT="0" distB="0" distL="0" distR="0" wp14:anchorId="310C6A78" wp14:editId="445D4B85">
            <wp:extent cx="7269480" cy="109042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bright_colorful_school_poster_style_infographic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69480" cy="1090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7462" w:rsidSect="00034616">
      <w:pgSz w:w="11909" w:h="16834"/>
      <w:pgMar w:top="216" w:right="216" w:bottom="216" w:left="21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9335209">
    <w:abstractNumId w:val="8"/>
  </w:num>
  <w:num w:numId="2" w16cid:durableId="117797329">
    <w:abstractNumId w:val="6"/>
  </w:num>
  <w:num w:numId="3" w16cid:durableId="362637039">
    <w:abstractNumId w:val="5"/>
  </w:num>
  <w:num w:numId="4" w16cid:durableId="1223642299">
    <w:abstractNumId w:val="4"/>
  </w:num>
  <w:num w:numId="5" w16cid:durableId="737943483">
    <w:abstractNumId w:val="7"/>
  </w:num>
  <w:num w:numId="6" w16cid:durableId="699932545">
    <w:abstractNumId w:val="3"/>
  </w:num>
  <w:num w:numId="7" w16cid:durableId="905839845">
    <w:abstractNumId w:val="2"/>
  </w:num>
  <w:num w:numId="8" w16cid:durableId="487750311">
    <w:abstractNumId w:val="1"/>
  </w:num>
  <w:num w:numId="9" w16cid:durableId="1506166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293F"/>
    <w:rsid w:val="005071FD"/>
    <w:rsid w:val="00AA1D8D"/>
    <w:rsid w:val="00B47730"/>
    <w:rsid w:val="00C46FB4"/>
    <w:rsid w:val="00CB0664"/>
    <w:rsid w:val="00D474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C2699B"/>
  <w14:defaultImageDpi w14:val="300"/>
  <w15:docId w15:val="{17A41E40-CEEC-4EB9-9458-43D5ADFE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Jones</cp:lastModifiedBy>
  <cp:revision>2</cp:revision>
  <dcterms:created xsi:type="dcterms:W3CDTF">2026-09-23T09:57:00Z</dcterms:created>
  <dcterms:modified xsi:type="dcterms:W3CDTF">2026-09-23T09:57:00Z</dcterms:modified>
  <cp:category/>
</cp:coreProperties>
</file>