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96912" cy="109453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bright_colorful_infographic_poster_newsletter._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96912" cy="109453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173" w:right="173" w:bottom="173" w:left="17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