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7315200" cy="10972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_colorful_cartoon_style_infographic_poster_newsl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109728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9" w:h="16834"/>
      <w:pgMar w:top="173" w:right="173" w:bottom="173" w:left="173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