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333488" cy="110002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bright_colorful_cartoon_styled_infographic_po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33488" cy="1100023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9" w:h="16834"/>
      <w:pgMar w:top="144" w:right="144" w:bottom="144" w:left="14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