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315200" cy="10972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bright_colourful_infographic_poster_newslett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9728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9" w:h="16834"/>
      <w:pgMar w:top="173" w:right="173" w:bottom="173" w:left="17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